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74F4" w14:textId="77777777" w:rsidR="007E7FA3" w:rsidRPr="00100B9D" w:rsidRDefault="00000000">
      <w:pPr>
        <w:pStyle w:val="Ttulo1"/>
        <w:jc w:val="center"/>
        <w:rPr>
          <w:color w:val="000000" w:themeColor="text1"/>
          <w:lang w:val="es-ES"/>
        </w:rPr>
      </w:pPr>
      <w:r w:rsidRPr="00100B9D">
        <w:rPr>
          <w:color w:val="000000" w:themeColor="text1"/>
          <w:lang w:val="es-ES"/>
        </w:rPr>
        <w:t>SOLICITUD DE EVALUACIÓN DE CASO</w:t>
      </w:r>
    </w:p>
    <w:p w14:paraId="3D6F4515" w14:textId="77777777" w:rsidR="000A1540" w:rsidRPr="00100B9D" w:rsidRDefault="000A1540">
      <w:pPr>
        <w:rPr>
          <w:lang w:val="es-ES"/>
        </w:rPr>
      </w:pPr>
    </w:p>
    <w:p w14:paraId="6DDBDD25" w14:textId="7A11D592" w:rsidR="000A1540" w:rsidRPr="00100B9D" w:rsidRDefault="000A1540" w:rsidP="000A1540">
      <w:pPr>
        <w:rPr>
          <w:b/>
          <w:bCs/>
          <w:lang w:val="es-ES"/>
        </w:rPr>
      </w:pPr>
      <w:r w:rsidRPr="00100B9D">
        <w:rPr>
          <w:b/>
          <w:bCs/>
          <w:lang w:val="es-ES"/>
        </w:rPr>
        <w:t>1. COMPROMISO INSTITUCIONAL</w:t>
      </w:r>
    </w:p>
    <w:p w14:paraId="27E3348D" w14:textId="77777777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CEDEFU impulsa el programa Defensa de Injusticias Digitales como iniciativa pro bono destinada a analizar casos en los que una persona considere haber sido afectada por una decisión judicial o administrativa basada de manera determinante en evidencia digital.</w:t>
      </w:r>
    </w:p>
    <w:p w14:paraId="5891871A" w14:textId="77777777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Este programa tiene por finalidad:</w:t>
      </w:r>
    </w:p>
    <w:p w14:paraId="61F8CC28" w14:textId="53CD2F79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Identificar posibles errores técnicos en prueba informática.</w:t>
      </w:r>
    </w:p>
    <w:p w14:paraId="20BD00F6" w14:textId="01A30549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Detectar vulneraciones a garantías constitucionales.</w:t>
      </w:r>
    </w:p>
    <w:p w14:paraId="0DDA9C76" w14:textId="660E6A34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Evaluar la viabilidad de vías extraordinarias de revisión.</w:t>
      </w:r>
    </w:p>
    <w:p w14:paraId="16B10C19" w14:textId="520D3EEF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Contribuir al fortalecimiento de estándares en materia de evidencia digital.</w:t>
      </w:r>
    </w:p>
    <w:p w14:paraId="5DD75F3F" w14:textId="77777777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La evaluación preliminar es gratuita.</w:t>
      </w:r>
    </w:p>
    <w:p w14:paraId="2DDA1479" w14:textId="2A6DDD3D" w:rsidR="000A1540" w:rsidRPr="00100B9D" w:rsidRDefault="000A1540" w:rsidP="000A1540">
      <w:pPr>
        <w:rPr>
          <w:lang w:val="es-ES"/>
        </w:rPr>
      </w:pPr>
      <w:r w:rsidRPr="00100B9D">
        <w:rPr>
          <w:lang w:val="es-ES"/>
        </w:rPr>
        <w:t>La admisión al programa se realiza luego de un análisis técnico-jurídico inicial y conforme a los criterios institucionales establecidos.</w:t>
      </w:r>
    </w:p>
    <w:p w14:paraId="0DFB686B" w14:textId="28D46B99" w:rsidR="007E7FA3" w:rsidRPr="00100B9D" w:rsidRDefault="00000000">
      <w:pPr>
        <w:rPr>
          <w:b/>
          <w:bCs/>
          <w:lang w:val="es-ES"/>
        </w:rPr>
      </w:pPr>
      <w:r w:rsidRPr="00100B9D">
        <w:rPr>
          <w:lang w:val="es-ES"/>
        </w:rPr>
        <w:br/>
      </w:r>
      <w:r w:rsidR="000A1540" w:rsidRPr="00100B9D">
        <w:rPr>
          <w:b/>
          <w:bCs/>
          <w:lang w:val="es-ES"/>
        </w:rPr>
        <w:t>2</w:t>
      </w:r>
      <w:r w:rsidRPr="00100B9D">
        <w:rPr>
          <w:b/>
          <w:bCs/>
          <w:lang w:val="es-ES"/>
        </w:rPr>
        <w:t>. INFORMACIÓN PERSONAL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7FA3" w:rsidRPr="00100B9D" w14:paraId="4D123125" w14:textId="77777777">
        <w:tc>
          <w:tcPr>
            <w:tcW w:w="4320" w:type="dxa"/>
          </w:tcPr>
          <w:p w14:paraId="00E1980F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Nombre completo:</w:t>
            </w:r>
          </w:p>
        </w:tc>
        <w:tc>
          <w:tcPr>
            <w:tcW w:w="4320" w:type="dxa"/>
          </w:tcPr>
          <w:p w14:paraId="6993257E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528B3526" w14:textId="77777777">
        <w:tc>
          <w:tcPr>
            <w:tcW w:w="4320" w:type="dxa"/>
          </w:tcPr>
          <w:p w14:paraId="4DF44862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Documento de identidad:</w:t>
            </w:r>
          </w:p>
        </w:tc>
        <w:tc>
          <w:tcPr>
            <w:tcW w:w="4320" w:type="dxa"/>
          </w:tcPr>
          <w:p w14:paraId="2F89BFAE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40227B10" w14:textId="77777777">
        <w:tc>
          <w:tcPr>
            <w:tcW w:w="4320" w:type="dxa"/>
          </w:tcPr>
          <w:p w14:paraId="4182E2D3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Lugar actual de residencia o detención:</w:t>
            </w:r>
          </w:p>
        </w:tc>
        <w:tc>
          <w:tcPr>
            <w:tcW w:w="4320" w:type="dxa"/>
          </w:tcPr>
          <w:p w14:paraId="55448155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451FF211" w14:textId="77777777">
        <w:tc>
          <w:tcPr>
            <w:tcW w:w="4320" w:type="dxa"/>
          </w:tcPr>
          <w:p w14:paraId="05D7DED8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Teléfono:</w:t>
            </w:r>
          </w:p>
        </w:tc>
        <w:tc>
          <w:tcPr>
            <w:tcW w:w="4320" w:type="dxa"/>
          </w:tcPr>
          <w:p w14:paraId="458CC9A1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49BF645A" w14:textId="77777777">
        <w:tc>
          <w:tcPr>
            <w:tcW w:w="4320" w:type="dxa"/>
          </w:tcPr>
          <w:p w14:paraId="75964213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Correo electrónico:</w:t>
            </w:r>
          </w:p>
        </w:tc>
        <w:tc>
          <w:tcPr>
            <w:tcW w:w="4320" w:type="dxa"/>
          </w:tcPr>
          <w:p w14:paraId="2071D32F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</w:tbl>
    <w:p w14:paraId="4E79A5F7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br/>
        <w:t>Situación procesal actual (marque las opciones que correspondan):</w:t>
      </w:r>
    </w:p>
    <w:p w14:paraId="2BE0C355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Investigación en curso</w:t>
      </w:r>
    </w:p>
    <w:p w14:paraId="68B25C1C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Juicio pendiente</w:t>
      </w:r>
    </w:p>
    <w:p w14:paraId="1D847BE9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Condena dictada</w:t>
      </w:r>
    </w:p>
    <w:p w14:paraId="7E925609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Sanción administrativa</w:t>
      </w:r>
    </w:p>
    <w:p w14:paraId="4EFB808B" w14:textId="7BC02BED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Otra (especificar) __________</w:t>
      </w:r>
      <w:r w:rsidR="004C255D" w:rsidRPr="00100B9D">
        <w:rPr>
          <w:lang w:val="es-ES"/>
        </w:rPr>
        <w:t>__________________________________</w:t>
      </w:r>
      <w:r w:rsidRPr="00100B9D">
        <w:rPr>
          <w:lang w:val="es-ES"/>
        </w:rPr>
        <w:t>________________</w:t>
      </w:r>
    </w:p>
    <w:p w14:paraId="217F3648" w14:textId="277797D7" w:rsidR="007E7FA3" w:rsidRPr="00100B9D" w:rsidRDefault="00000000">
      <w:pPr>
        <w:rPr>
          <w:b/>
          <w:bCs/>
          <w:lang w:val="es-ES"/>
        </w:rPr>
      </w:pPr>
      <w:r w:rsidRPr="00100B9D">
        <w:rPr>
          <w:lang w:val="es-ES"/>
        </w:rPr>
        <w:lastRenderedPageBreak/>
        <w:br/>
      </w:r>
      <w:r w:rsidR="000F2AAD" w:rsidRPr="00100B9D">
        <w:rPr>
          <w:b/>
          <w:bCs/>
          <w:lang w:val="es-ES"/>
        </w:rPr>
        <w:t>3</w:t>
      </w:r>
      <w:r w:rsidRPr="00100B9D">
        <w:rPr>
          <w:b/>
          <w:bCs/>
          <w:lang w:val="es-ES"/>
        </w:rPr>
        <w:t>. INFORMACIÓN DEL PROCESO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7FA3" w:rsidRPr="00100B9D" w14:paraId="705788C5" w14:textId="77777777">
        <w:tc>
          <w:tcPr>
            <w:tcW w:w="4320" w:type="dxa"/>
          </w:tcPr>
          <w:p w14:paraId="28521D35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Delito(s) o infracción(es) atribuidos:</w:t>
            </w:r>
          </w:p>
        </w:tc>
        <w:tc>
          <w:tcPr>
            <w:tcW w:w="4320" w:type="dxa"/>
          </w:tcPr>
          <w:p w14:paraId="713744CE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34B9B2AB" w14:textId="77777777">
        <w:tc>
          <w:tcPr>
            <w:tcW w:w="4320" w:type="dxa"/>
          </w:tcPr>
          <w:p w14:paraId="6926EA2C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Fecha(s) del hecho investigado:</w:t>
            </w:r>
          </w:p>
        </w:tc>
        <w:tc>
          <w:tcPr>
            <w:tcW w:w="4320" w:type="dxa"/>
          </w:tcPr>
          <w:p w14:paraId="14F27686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615D0C3E" w14:textId="77777777">
        <w:tc>
          <w:tcPr>
            <w:tcW w:w="4320" w:type="dxa"/>
          </w:tcPr>
          <w:p w14:paraId="5308289B" w14:textId="5AC21F75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Lugar donde se tramitó el proceso</w:t>
            </w:r>
            <w:r w:rsidR="000F2AAD" w:rsidRPr="00100B9D">
              <w:rPr>
                <w:lang w:val="es-ES"/>
              </w:rPr>
              <w:t xml:space="preserve"> (Ciudad / Provincia / País)</w:t>
            </w:r>
            <w:r w:rsidRPr="00100B9D">
              <w:rPr>
                <w:lang w:val="es-ES"/>
              </w:rPr>
              <w:t>:</w:t>
            </w:r>
          </w:p>
        </w:tc>
        <w:tc>
          <w:tcPr>
            <w:tcW w:w="4320" w:type="dxa"/>
          </w:tcPr>
          <w:p w14:paraId="7B0A9E04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  <w:tr w:rsidR="007E7FA3" w:rsidRPr="00100B9D" w14:paraId="148C85D7" w14:textId="77777777">
        <w:tc>
          <w:tcPr>
            <w:tcW w:w="4320" w:type="dxa"/>
          </w:tcPr>
          <w:p w14:paraId="49AB8C0D" w14:textId="6AB4448E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Fecha de sentencia o resolución</w:t>
            </w:r>
            <w:r w:rsidR="000F2AAD" w:rsidRPr="00100B9D">
              <w:rPr>
                <w:lang w:val="es-ES"/>
              </w:rPr>
              <w:t xml:space="preserve"> </w:t>
            </w:r>
            <w:r w:rsidR="000F2AAD" w:rsidRPr="00100B9D">
              <w:rPr>
                <w:lang w:val="es-ES"/>
              </w:rPr>
              <w:t>(si corresponde)</w:t>
            </w:r>
            <w:r w:rsidRPr="00100B9D">
              <w:rPr>
                <w:lang w:val="es-ES"/>
              </w:rPr>
              <w:t>:</w:t>
            </w:r>
          </w:p>
        </w:tc>
        <w:tc>
          <w:tcPr>
            <w:tcW w:w="4320" w:type="dxa"/>
          </w:tcPr>
          <w:p w14:paraId="5528AD48" w14:textId="77777777" w:rsidR="007E7FA3" w:rsidRPr="00100B9D" w:rsidRDefault="00000000">
            <w:pPr>
              <w:rPr>
                <w:lang w:val="es-ES"/>
              </w:rPr>
            </w:pPr>
            <w:r w:rsidRPr="00100B9D">
              <w:rPr>
                <w:lang w:val="es-ES"/>
              </w:rPr>
              <w:t>________________________________________</w:t>
            </w:r>
          </w:p>
        </w:tc>
      </w:tr>
    </w:tbl>
    <w:p w14:paraId="6DF7450C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br/>
        <w:t>Estado actual del proceso:</w:t>
      </w:r>
    </w:p>
    <w:p w14:paraId="4220C330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En trámite</w:t>
      </w:r>
    </w:p>
    <w:p w14:paraId="7DECDC94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Con recursos pendientes</w:t>
      </w:r>
    </w:p>
    <w:p w14:paraId="02D7194C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Resolución firme</w:t>
      </w:r>
    </w:p>
    <w:p w14:paraId="10F23215" w14:textId="68D37511" w:rsidR="007E7FA3" w:rsidRPr="00100B9D" w:rsidRDefault="00000000">
      <w:pPr>
        <w:rPr>
          <w:lang w:val="es-ES"/>
        </w:rPr>
      </w:pPr>
      <w:r w:rsidRPr="00100B9D">
        <w:rPr>
          <w:lang w:val="es-ES"/>
        </w:rPr>
        <w:br/>
      </w:r>
      <w:r w:rsidR="00100B9D" w:rsidRPr="00100B9D">
        <w:rPr>
          <w:b/>
          <w:bCs/>
          <w:lang w:val="es-ES"/>
        </w:rPr>
        <w:t>4</w:t>
      </w:r>
      <w:r w:rsidRPr="00100B9D">
        <w:rPr>
          <w:b/>
          <w:bCs/>
          <w:lang w:val="es-ES"/>
        </w:rPr>
        <w:t>. EVIDENCIA DIGITAL UTILIZADA (marque las opciones)</w:t>
      </w:r>
      <w:r w:rsidRPr="00100B9D">
        <w:rPr>
          <w:lang w:val="es-ES"/>
        </w:rPr>
        <w:t>:</w:t>
      </w:r>
    </w:p>
    <w:p w14:paraId="195C2757" w14:textId="6E3F2CA6" w:rsidR="009F36D7" w:rsidRPr="00100B9D" w:rsidRDefault="009F36D7">
      <w:pPr>
        <w:rPr>
          <w:lang w:val="es-ES"/>
        </w:rPr>
      </w:pPr>
      <w:r w:rsidRPr="00100B9D">
        <w:rPr>
          <w:lang w:val="es-ES"/>
        </w:rPr>
        <w:t>Indique qué tipo de evidencia tecnológica fue determinante en el caso:</w:t>
      </w:r>
    </w:p>
    <w:p w14:paraId="36780F52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Teléfono móvil</w:t>
      </w:r>
    </w:p>
    <w:p w14:paraId="36F09667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Computadora</w:t>
      </w:r>
    </w:p>
    <w:p w14:paraId="46C6D08C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Redes sociales</w:t>
      </w:r>
    </w:p>
    <w:p w14:paraId="543B709C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Mensajería instantánea</w:t>
      </w:r>
    </w:p>
    <w:p w14:paraId="075C0424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Dirección IP</w:t>
      </w:r>
    </w:p>
    <w:p w14:paraId="70178908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Cámaras de seguridad</w:t>
      </w:r>
    </w:p>
    <w:p w14:paraId="51F0DB56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Interceptaciones de comunicaciones</w:t>
      </w:r>
    </w:p>
    <w:p w14:paraId="201B4D95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Datos bancarios electrónicos</w:t>
      </w:r>
    </w:p>
    <w:p w14:paraId="527C10B7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Bases de datos estatales</w:t>
      </w:r>
    </w:p>
    <w:p w14:paraId="7C9A102C" w14:textId="3CEA9BDF" w:rsidR="007E7FA3" w:rsidRPr="00100B9D" w:rsidRDefault="00000000">
      <w:pPr>
        <w:rPr>
          <w:lang w:val="es-ES"/>
        </w:rPr>
      </w:pPr>
      <w:r w:rsidRPr="00100B9D">
        <w:rPr>
          <w:lang w:val="es-ES"/>
        </w:rPr>
        <w:t>☐ Otro (especificar) __________________________</w:t>
      </w:r>
      <w:r w:rsidR="00FA269D" w:rsidRPr="00100B9D">
        <w:rPr>
          <w:lang w:val="es-ES"/>
        </w:rPr>
        <w:t>__________________________________</w:t>
      </w:r>
    </w:p>
    <w:p w14:paraId="6BEBD76D" w14:textId="77777777" w:rsidR="00986E13" w:rsidRPr="00100B9D" w:rsidRDefault="00986E13">
      <w:pPr>
        <w:rPr>
          <w:lang w:val="es-ES"/>
        </w:rPr>
      </w:pPr>
    </w:p>
    <w:p w14:paraId="0F3BFE1F" w14:textId="77777777" w:rsidR="00986E13" w:rsidRPr="00100B9D" w:rsidRDefault="00986E13">
      <w:pPr>
        <w:rPr>
          <w:lang w:val="es-ES"/>
        </w:rPr>
      </w:pPr>
    </w:p>
    <w:p w14:paraId="009FAB9A" w14:textId="77777777" w:rsidR="00986E13" w:rsidRPr="00100B9D" w:rsidRDefault="00000000" w:rsidP="00986E13">
      <w:pPr>
        <w:rPr>
          <w:lang w:val="es-ES"/>
        </w:rPr>
      </w:pPr>
      <w:r w:rsidRPr="00100B9D">
        <w:rPr>
          <w:lang w:val="es-ES"/>
        </w:rPr>
        <w:lastRenderedPageBreak/>
        <w:br/>
      </w:r>
      <w:r w:rsidR="00986E13" w:rsidRPr="00100B9D">
        <w:rPr>
          <w:b/>
          <w:lang w:val="es-ES"/>
        </w:rPr>
        <w:t>¿Se incautaron dispositivos electrónicos?</w:t>
      </w:r>
    </w:p>
    <w:p w14:paraId="0886EDD8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3B5F221B" w14:textId="77777777" w:rsidR="00986E13" w:rsidRPr="00100B9D" w:rsidRDefault="00986E13" w:rsidP="00986E13">
      <w:pPr>
        <w:rPr>
          <w:lang w:val="es-ES"/>
        </w:rPr>
      </w:pPr>
    </w:p>
    <w:p w14:paraId="4BAC3259" w14:textId="77777777" w:rsidR="00986E13" w:rsidRPr="00100B9D" w:rsidRDefault="00986E13" w:rsidP="00986E13">
      <w:pPr>
        <w:rPr>
          <w:lang w:val="es-ES"/>
        </w:rPr>
      </w:pPr>
      <w:r w:rsidRPr="00100B9D">
        <w:rPr>
          <w:b/>
          <w:lang w:val="es-ES"/>
        </w:rPr>
        <w:t>¿Existía orden judicial?</w:t>
      </w:r>
    </w:p>
    <w:p w14:paraId="28145BE5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301638AF" w14:textId="77777777" w:rsidR="00986E13" w:rsidRPr="00100B9D" w:rsidRDefault="00986E13" w:rsidP="00986E13">
      <w:pPr>
        <w:rPr>
          <w:lang w:val="es-ES"/>
        </w:rPr>
      </w:pPr>
    </w:p>
    <w:p w14:paraId="5F8958E8" w14:textId="77777777" w:rsidR="00986E13" w:rsidRPr="00100B9D" w:rsidRDefault="00986E13" w:rsidP="00986E13">
      <w:pPr>
        <w:rPr>
          <w:lang w:val="es-ES"/>
        </w:rPr>
      </w:pPr>
      <w:r w:rsidRPr="00100B9D">
        <w:rPr>
          <w:b/>
          <w:lang w:val="es-ES"/>
        </w:rPr>
        <w:t>¿Recibió copia del acta?</w:t>
      </w:r>
    </w:p>
    <w:p w14:paraId="33249320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1D2CFA1C" w14:textId="77777777" w:rsidR="00986E13" w:rsidRPr="00100B9D" w:rsidRDefault="00986E13" w:rsidP="00986E13">
      <w:pPr>
        <w:rPr>
          <w:lang w:val="es-ES"/>
        </w:rPr>
      </w:pPr>
    </w:p>
    <w:p w14:paraId="6183C296" w14:textId="77777777" w:rsidR="00986E13" w:rsidRPr="00100B9D" w:rsidRDefault="00986E13" w:rsidP="00986E13">
      <w:pPr>
        <w:rPr>
          <w:lang w:val="es-ES"/>
        </w:rPr>
      </w:pPr>
      <w:r w:rsidRPr="00100B9D">
        <w:rPr>
          <w:b/>
          <w:lang w:val="es-ES"/>
        </w:rPr>
        <w:t>¿Se realizó pericia informática?</w:t>
      </w:r>
    </w:p>
    <w:p w14:paraId="16CCDA19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4BD7B03F" w14:textId="77777777" w:rsidR="00986E13" w:rsidRPr="00100B9D" w:rsidRDefault="00986E13" w:rsidP="00986E13">
      <w:pPr>
        <w:rPr>
          <w:lang w:val="es-ES"/>
        </w:rPr>
      </w:pPr>
    </w:p>
    <w:p w14:paraId="2C913F73" w14:textId="77777777" w:rsidR="00986E13" w:rsidRPr="00100B9D" w:rsidRDefault="00986E13" w:rsidP="00986E13">
      <w:pPr>
        <w:rPr>
          <w:lang w:val="es-ES"/>
        </w:rPr>
      </w:pPr>
      <w:r w:rsidRPr="00100B9D">
        <w:rPr>
          <w:b/>
          <w:lang w:val="es-ES"/>
        </w:rPr>
        <w:t>¿Contó con perito de parte?</w:t>
      </w:r>
    </w:p>
    <w:p w14:paraId="5B3BDB18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22510A07" w14:textId="77777777" w:rsidR="00986E13" w:rsidRPr="00100B9D" w:rsidRDefault="00986E13" w:rsidP="00986E13">
      <w:pPr>
        <w:rPr>
          <w:lang w:val="es-ES"/>
        </w:rPr>
      </w:pPr>
    </w:p>
    <w:p w14:paraId="19FA6E03" w14:textId="77777777" w:rsidR="00986E13" w:rsidRPr="00100B9D" w:rsidRDefault="00986E13" w:rsidP="00986E13">
      <w:pPr>
        <w:rPr>
          <w:lang w:val="es-ES"/>
        </w:rPr>
      </w:pPr>
      <w:r w:rsidRPr="00100B9D">
        <w:rPr>
          <w:b/>
          <w:lang w:val="es-ES"/>
        </w:rPr>
        <w:t>¿Sabe si se realizó copia forense preservando la integridad de los datos?</w:t>
      </w:r>
    </w:p>
    <w:p w14:paraId="375B16CC" w14:textId="77777777" w:rsidR="00986E13" w:rsidRPr="00100B9D" w:rsidRDefault="00986E13" w:rsidP="00986E13">
      <w:pPr>
        <w:rPr>
          <w:lang w:val="es-ES"/>
        </w:rPr>
      </w:pPr>
      <w:r w:rsidRPr="00100B9D">
        <w:rPr>
          <w:lang w:val="es-ES"/>
        </w:rPr>
        <w:t>☐ Sí     ☐ No     ☐ Desconoce</w:t>
      </w:r>
    </w:p>
    <w:p w14:paraId="46C4A338" w14:textId="3C86624E" w:rsidR="00986E13" w:rsidRPr="00100B9D" w:rsidRDefault="00986E13">
      <w:pPr>
        <w:rPr>
          <w:b/>
          <w:bCs/>
          <w:lang w:val="es-ES"/>
        </w:rPr>
      </w:pPr>
    </w:p>
    <w:p w14:paraId="3D6B6411" w14:textId="72A98E29" w:rsidR="007E7FA3" w:rsidRPr="00100B9D" w:rsidRDefault="00100B9D">
      <w:pPr>
        <w:rPr>
          <w:b/>
          <w:bCs/>
          <w:lang w:val="es-ES"/>
        </w:rPr>
      </w:pPr>
      <w:r w:rsidRPr="00100B9D">
        <w:rPr>
          <w:b/>
          <w:bCs/>
          <w:lang w:val="es-ES"/>
        </w:rPr>
        <w:t>5</w:t>
      </w:r>
      <w:r w:rsidR="00000000" w:rsidRPr="00100B9D">
        <w:rPr>
          <w:b/>
          <w:bCs/>
          <w:lang w:val="es-ES"/>
        </w:rPr>
        <w:t>. RELATO DEL CASO</w:t>
      </w:r>
    </w:p>
    <w:p w14:paraId="5BEAB239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Describa brevemente los hechos según la imputación:</w:t>
      </w:r>
    </w:p>
    <w:p w14:paraId="0A5B1929" w14:textId="77777777" w:rsidR="00A963C0" w:rsidRPr="00100B9D" w:rsidRDefault="00A963C0" w:rsidP="00A963C0">
      <w:pPr>
        <w:spacing w:line="360" w:lineRule="auto"/>
        <w:rPr>
          <w:lang w:val="es-ES"/>
        </w:rPr>
      </w:pPr>
      <w:r w:rsidRPr="00100B9D">
        <w:rPr>
          <w:lang w:val="es-ES"/>
        </w:rPr>
        <w:t>¿Dónde se encontraba al momento del hecho?</w:t>
      </w:r>
    </w:p>
    <w:p w14:paraId="6A14E4C6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3E996622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1DEFF6E7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15C46C3A" w14:textId="77777777" w:rsidR="00A963C0" w:rsidRPr="00100B9D" w:rsidRDefault="00000000">
      <w:pPr>
        <w:rPr>
          <w:b/>
          <w:bCs/>
          <w:lang w:val="es-ES"/>
        </w:rPr>
      </w:pPr>
      <w:r w:rsidRPr="00100B9D">
        <w:rPr>
          <w:lang w:val="es-ES"/>
        </w:rPr>
        <w:br/>
      </w:r>
    </w:p>
    <w:p w14:paraId="63411E28" w14:textId="77777777" w:rsidR="00A963C0" w:rsidRPr="00100B9D" w:rsidRDefault="00A963C0" w:rsidP="00A963C0">
      <w:pPr>
        <w:rPr>
          <w:lang w:val="es-ES"/>
        </w:rPr>
      </w:pPr>
      <w:r w:rsidRPr="00100B9D">
        <w:rPr>
          <w:lang w:val="es-ES"/>
        </w:rPr>
        <w:lastRenderedPageBreak/>
        <w:t>¿Sostiene que no participó en el hecho atribuido? Explique.</w:t>
      </w:r>
    </w:p>
    <w:p w14:paraId="157C1173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53B6362D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10494E8B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5495FAF5" w14:textId="77777777" w:rsidR="00A963C0" w:rsidRPr="00100B9D" w:rsidRDefault="00A963C0" w:rsidP="00A963C0">
      <w:pPr>
        <w:rPr>
          <w:lang w:val="es-ES"/>
        </w:rPr>
      </w:pPr>
    </w:p>
    <w:p w14:paraId="5D71E487" w14:textId="0587C2A1" w:rsidR="00A963C0" w:rsidRPr="00100B9D" w:rsidRDefault="00A963C0" w:rsidP="00A963C0">
      <w:pPr>
        <w:rPr>
          <w:lang w:val="es-ES"/>
        </w:rPr>
      </w:pPr>
      <w:r w:rsidRPr="00100B9D">
        <w:rPr>
          <w:lang w:val="es-ES"/>
        </w:rPr>
        <w:t>¿Considera que la decisión adoptada se basó principalmente en evidencia digital? Fundamente.</w:t>
      </w:r>
    </w:p>
    <w:p w14:paraId="03FF1040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6B1F2BBB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25DDA5E3" w14:textId="77777777" w:rsidR="00D8345A" w:rsidRPr="00100B9D" w:rsidRDefault="00D8345A" w:rsidP="00D8345A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__________________________________________________________________________________________________</w:t>
      </w:r>
    </w:p>
    <w:p w14:paraId="514043AA" w14:textId="77777777" w:rsidR="00A963C0" w:rsidRPr="00100B9D" w:rsidRDefault="00A963C0">
      <w:pPr>
        <w:rPr>
          <w:b/>
          <w:bCs/>
          <w:lang w:val="es-ES"/>
        </w:rPr>
      </w:pPr>
    </w:p>
    <w:p w14:paraId="69613E63" w14:textId="77777777" w:rsidR="00100B9D" w:rsidRPr="00100B9D" w:rsidRDefault="00100B9D" w:rsidP="00100B9D">
      <w:pPr>
        <w:spacing w:line="360" w:lineRule="auto"/>
        <w:rPr>
          <w:b/>
          <w:bCs/>
          <w:lang w:val="es-ES"/>
        </w:rPr>
      </w:pPr>
      <w:r w:rsidRPr="00100B9D">
        <w:rPr>
          <w:b/>
          <w:bCs/>
          <w:lang w:val="es-ES"/>
        </w:rPr>
        <w:t>6. Posibles Irregularidades Técnicas o Jurídicas</w:t>
      </w:r>
    </w:p>
    <w:p w14:paraId="5F9DD498" w14:textId="77777777" w:rsidR="00100B9D" w:rsidRPr="00100B9D" w:rsidRDefault="00100B9D" w:rsidP="00100B9D">
      <w:pPr>
        <w:spacing w:line="360" w:lineRule="auto"/>
        <w:rPr>
          <w:lang w:val="es-ES"/>
        </w:rPr>
      </w:pPr>
      <w:r w:rsidRPr="00100B9D">
        <w:rPr>
          <w:lang w:val="es-ES"/>
        </w:rPr>
        <w:t>Indique si considera que pudo existir:</w:t>
      </w:r>
    </w:p>
    <w:p w14:paraId="4DB122D5" w14:textId="77777777" w:rsidR="00100B9D" w:rsidRPr="00100B9D" w:rsidRDefault="00100B9D" w:rsidP="00100B9D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Error en interpretación técnica</w:t>
      </w:r>
    </w:p>
    <w:p w14:paraId="0797C821" w14:textId="4037DFBF" w:rsidR="00100B9D" w:rsidRPr="00100B9D" w:rsidRDefault="00100B9D" w:rsidP="00100B9D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Deficiencia en cadena de custodia</w:t>
      </w:r>
    </w:p>
    <w:p w14:paraId="64E55CAC" w14:textId="624C9279" w:rsidR="00100B9D" w:rsidRPr="00100B9D" w:rsidRDefault="00100B9D" w:rsidP="00100B9D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Acceso a datos sin autorización válida</w:t>
      </w:r>
      <w:r w:rsidRPr="00100B9D">
        <w:rPr>
          <w:lang w:val="es-ES"/>
        </w:rPr>
        <w:br/>
        <w:t>☐ Suplantación de identidad</w:t>
      </w:r>
    </w:p>
    <w:p w14:paraId="4E2125A6" w14:textId="40AABF5A" w:rsidR="00100B9D" w:rsidRPr="00100B9D" w:rsidRDefault="00100B9D" w:rsidP="00100B9D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Dispositivo compartido o red abierta</w:t>
      </w:r>
    </w:p>
    <w:p w14:paraId="68AE321C" w14:textId="665A5752" w:rsidR="00100B9D" w:rsidRPr="00100B9D" w:rsidRDefault="00100B9D" w:rsidP="00100B9D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Posible alteración o contaminación de datos</w:t>
      </w:r>
    </w:p>
    <w:p w14:paraId="346BCF54" w14:textId="77777777" w:rsidR="00100B9D" w:rsidRDefault="00100B9D" w:rsidP="00602ECF">
      <w:pPr>
        <w:spacing w:after="0" w:line="360" w:lineRule="auto"/>
        <w:rPr>
          <w:lang w:val="es-ES"/>
        </w:rPr>
      </w:pPr>
      <w:r w:rsidRPr="00100B9D">
        <w:rPr>
          <w:lang w:val="es-ES"/>
        </w:rPr>
        <w:t>☐ Violación de garantías constitucionales</w:t>
      </w:r>
      <w:r w:rsidRPr="00100B9D">
        <w:rPr>
          <w:lang w:val="es-ES"/>
        </w:rPr>
        <w:br/>
        <w:t>☐ Defensa técnica insuficiente</w:t>
      </w:r>
      <w:r w:rsidRPr="00100B9D">
        <w:rPr>
          <w:lang w:val="es-ES"/>
        </w:rPr>
        <w:br/>
      </w:r>
    </w:p>
    <w:p w14:paraId="4DBF8AD4" w14:textId="01D0702B" w:rsidR="00100B9D" w:rsidRPr="00100B9D" w:rsidRDefault="00100B9D" w:rsidP="00100B9D">
      <w:pPr>
        <w:rPr>
          <w:lang w:val="es-ES"/>
        </w:rPr>
      </w:pPr>
      <w:r w:rsidRPr="00100B9D">
        <w:rPr>
          <w:lang w:val="es-ES"/>
        </w:rPr>
        <w:t>Otra (detalle)</w:t>
      </w:r>
      <w:r>
        <w:rPr>
          <w:lang w:val="es-ES"/>
        </w:rPr>
        <w:t xml:space="preserve"> </w:t>
      </w:r>
      <w:r w:rsidRPr="00100B9D">
        <w:rPr>
          <w:lang w:val="es-ES"/>
        </w:rPr>
        <w:t>__________________________________________________________________________</w:t>
      </w:r>
    </w:p>
    <w:p w14:paraId="71811E54" w14:textId="77777777" w:rsidR="00100B9D" w:rsidRPr="00100B9D" w:rsidRDefault="00100B9D" w:rsidP="00100B9D">
      <w:pPr>
        <w:spacing w:line="360" w:lineRule="auto"/>
        <w:rPr>
          <w:lang w:val="es-ES"/>
        </w:rPr>
      </w:pPr>
    </w:p>
    <w:p w14:paraId="017567F8" w14:textId="77777777" w:rsidR="00100B9D" w:rsidRPr="00100B9D" w:rsidRDefault="00100B9D" w:rsidP="00100B9D">
      <w:pPr>
        <w:spacing w:line="360" w:lineRule="auto"/>
        <w:rPr>
          <w:b/>
          <w:bCs/>
          <w:lang w:val="es-ES"/>
        </w:rPr>
      </w:pPr>
      <w:r w:rsidRPr="00100B9D">
        <w:rPr>
          <w:b/>
          <w:bCs/>
          <w:lang w:val="es-ES"/>
        </w:rPr>
        <w:t>7. Situación Socioeconómica (Evaluación Pro Bono)</w:t>
      </w:r>
    </w:p>
    <w:p w14:paraId="1022347E" w14:textId="77777777" w:rsidR="00100B9D" w:rsidRPr="00100B9D" w:rsidRDefault="00100B9D" w:rsidP="00100B9D">
      <w:pPr>
        <w:spacing w:line="360" w:lineRule="auto"/>
        <w:rPr>
          <w:lang w:val="es-ES"/>
        </w:rPr>
      </w:pPr>
      <w:r w:rsidRPr="00100B9D">
        <w:rPr>
          <w:lang w:val="es-ES"/>
        </w:rPr>
        <w:t>Este programa está destinado prioritariamente a personas que no cuentan con recursos suficientes para afrontar una revisión técnica especializada.</w:t>
      </w:r>
    </w:p>
    <w:p w14:paraId="13567B63" w14:textId="51FFBF8C" w:rsidR="00050234" w:rsidRPr="00100B9D" w:rsidRDefault="00100B9D" w:rsidP="00050234">
      <w:pPr>
        <w:rPr>
          <w:lang w:val="es-ES"/>
        </w:rPr>
      </w:pPr>
      <w:r w:rsidRPr="00100B9D">
        <w:rPr>
          <w:lang w:val="es-ES"/>
        </w:rPr>
        <w:t>¿Cuenta actualmente con defensa privada?</w:t>
      </w:r>
      <w:r w:rsidR="00050234">
        <w:rPr>
          <w:lang w:val="es-ES"/>
        </w:rPr>
        <w:t xml:space="preserve">   </w:t>
      </w:r>
      <w:r w:rsidR="00050234" w:rsidRPr="00100B9D">
        <w:rPr>
          <w:lang w:val="es-ES"/>
        </w:rPr>
        <w:t>☐ Sí     ☐ No</w:t>
      </w:r>
    </w:p>
    <w:p w14:paraId="519B532E" w14:textId="1611057F" w:rsidR="00100B9D" w:rsidRPr="00100B9D" w:rsidRDefault="00100B9D" w:rsidP="00100B9D">
      <w:pPr>
        <w:spacing w:line="360" w:lineRule="auto"/>
        <w:rPr>
          <w:lang w:val="es-ES"/>
        </w:rPr>
      </w:pPr>
      <w:r w:rsidRPr="00100B9D">
        <w:rPr>
          <w:lang w:val="es-ES"/>
        </w:rPr>
        <w:lastRenderedPageBreak/>
        <w:t>¿Se encuentra en condiciones económicas de afrontar honorarios profesionales especializados en análisis forense digital?</w:t>
      </w:r>
      <w:r w:rsidR="00050234">
        <w:rPr>
          <w:lang w:val="es-ES"/>
        </w:rPr>
        <w:t xml:space="preserve">   </w:t>
      </w:r>
      <w:r w:rsidR="00050234" w:rsidRPr="00100B9D">
        <w:rPr>
          <w:lang w:val="es-ES"/>
        </w:rPr>
        <w:t>☐ Sí     ☐ No</w:t>
      </w:r>
      <w:r w:rsidR="00050234">
        <w:rPr>
          <w:lang w:val="es-ES"/>
        </w:rPr>
        <w:t xml:space="preserve"> </w:t>
      </w:r>
      <w:r w:rsidR="00050234" w:rsidRPr="00100B9D">
        <w:rPr>
          <w:lang w:val="es-ES"/>
        </w:rPr>
        <w:t xml:space="preserve">☐ </w:t>
      </w:r>
      <w:r w:rsidR="00050234">
        <w:rPr>
          <w:lang w:val="es-ES"/>
        </w:rPr>
        <w:t>Parcialmente</w:t>
      </w:r>
    </w:p>
    <w:p w14:paraId="7F671E06" w14:textId="260C8DAA" w:rsidR="00100B9D" w:rsidRPr="00050234" w:rsidRDefault="00100B9D" w:rsidP="00050234">
      <w:pPr>
        <w:spacing w:after="0" w:line="360" w:lineRule="auto"/>
        <w:ind w:left="633"/>
        <w:rPr>
          <w:lang w:val="es-ES"/>
        </w:rPr>
      </w:pPr>
    </w:p>
    <w:p w14:paraId="31F7D274" w14:textId="77777777" w:rsidR="00100B9D" w:rsidRDefault="00100B9D" w:rsidP="00100B9D">
      <w:pPr>
        <w:spacing w:line="360" w:lineRule="auto"/>
        <w:rPr>
          <w:lang w:val="es-ES"/>
        </w:rPr>
      </w:pPr>
      <w:r w:rsidRPr="00100B9D">
        <w:rPr>
          <w:lang w:val="es-ES"/>
        </w:rPr>
        <w:t>Puede agregar información relevante sobre su situación económica:</w:t>
      </w:r>
    </w:p>
    <w:p w14:paraId="2D9134BD" w14:textId="01BA5321" w:rsidR="00050234" w:rsidRPr="00100B9D" w:rsidRDefault="00050234" w:rsidP="00050234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</w:t>
      </w:r>
      <w:r w:rsidR="007D5B92" w:rsidRPr="00100B9D">
        <w:rPr>
          <w:lang w:val="es-ES"/>
        </w:rPr>
        <w:t>________________________</w:t>
      </w:r>
    </w:p>
    <w:p w14:paraId="36A11166" w14:textId="46CA66FC" w:rsidR="00050234" w:rsidRPr="00100B9D" w:rsidRDefault="00050234" w:rsidP="00050234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</w:t>
      </w:r>
      <w:r w:rsidR="007D5B92" w:rsidRPr="00100B9D">
        <w:rPr>
          <w:lang w:val="es-ES"/>
        </w:rPr>
        <w:t>________________________</w:t>
      </w:r>
    </w:p>
    <w:p w14:paraId="5C254E9E" w14:textId="072AE976" w:rsidR="00050234" w:rsidRPr="00100B9D" w:rsidRDefault="00050234" w:rsidP="00050234">
      <w:pPr>
        <w:rPr>
          <w:lang w:val="es-ES"/>
        </w:rPr>
      </w:pPr>
      <w:r w:rsidRPr="00100B9D">
        <w:rPr>
          <w:lang w:val="es-ES"/>
        </w:rPr>
        <w:t>__________________________________________________________________________</w:t>
      </w:r>
      <w:r w:rsidR="007D5B92" w:rsidRPr="00100B9D">
        <w:rPr>
          <w:lang w:val="es-ES"/>
        </w:rPr>
        <w:t>________________________</w:t>
      </w:r>
    </w:p>
    <w:p w14:paraId="3FA2F36C" w14:textId="77777777" w:rsidR="00100B9D" w:rsidRPr="00100B9D" w:rsidRDefault="00100B9D">
      <w:pPr>
        <w:rPr>
          <w:b/>
          <w:bCs/>
          <w:lang w:val="es-ES"/>
        </w:rPr>
      </w:pPr>
    </w:p>
    <w:p w14:paraId="0CF64997" w14:textId="47D517AE" w:rsidR="007E7FA3" w:rsidRPr="00100B9D" w:rsidRDefault="00D95F37">
      <w:pPr>
        <w:rPr>
          <w:b/>
          <w:bCs/>
          <w:lang w:val="es-ES"/>
        </w:rPr>
      </w:pPr>
      <w:r w:rsidRPr="00100B9D">
        <w:rPr>
          <w:b/>
          <w:bCs/>
          <w:lang w:val="es-ES"/>
        </w:rPr>
        <w:t>8</w:t>
      </w:r>
      <w:r w:rsidR="00000000" w:rsidRPr="00100B9D">
        <w:rPr>
          <w:b/>
          <w:bCs/>
          <w:lang w:val="es-ES"/>
        </w:rPr>
        <w:t>. DECLARACIÓN</w:t>
      </w:r>
    </w:p>
    <w:p w14:paraId="5F71EC70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Declaro que la información proporcionada es veraz y solicito la evaluación de mi caso.</w:t>
      </w:r>
    </w:p>
    <w:p w14:paraId="30886293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br/>
        <w:t>Firma: ____________________________</w:t>
      </w:r>
    </w:p>
    <w:p w14:paraId="7B3A6BBA" w14:textId="77777777" w:rsidR="007E7FA3" w:rsidRPr="00100B9D" w:rsidRDefault="00000000">
      <w:pPr>
        <w:rPr>
          <w:lang w:val="es-ES"/>
        </w:rPr>
      </w:pPr>
      <w:r w:rsidRPr="00100B9D">
        <w:rPr>
          <w:lang w:val="es-ES"/>
        </w:rPr>
        <w:t>Fecha: ____________________________</w:t>
      </w:r>
    </w:p>
    <w:p w14:paraId="0E1FDAB7" w14:textId="77777777" w:rsidR="00E144D1" w:rsidRPr="00100B9D" w:rsidRDefault="00E144D1">
      <w:pPr>
        <w:rPr>
          <w:lang w:val="es-ES"/>
        </w:rPr>
      </w:pPr>
    </w:p>
    <w:p w14:paraId="79028BBA" w14:textId="77777777" w:rsidR="00E144D1" w:rsidRPr="00100B9D" w:rsidRDefault="00E144D1" w:rsidP="00E144D1">
      <w:pPr>
        <w:rPr>
          <w:lang w:val="es-ES"/>
        </w:rPr>
      </w:pPr>
      <w:r w:rsidRPr="00100B9D">
        <w:rPr>
          <w:lang w:val="es-ES"/>
        </w:rPr>
        <w:t>Criterios de Evaluación del Programa Pro Bono</w:t>
      </w:r>
    </w:p>
    <w:p w14:paraId="1EC7D134" w14:textId="77777777" w:rsidR="00E144D1" w:rsidRPr="00100B9D" w:rsidRDefault="00E144D1" w:rsidP="00E144D1">
      <w:pPr>
        <w:rPr>
          <w:lang w:val="es-ES"/>
        </w:rPr>
      </w:pPr>
      <w:r w:rsidRPr="00100B9D">
        <w:rPr>
          <w:lang w:val="es-ES"/>
        </w:rPr>
        <w:t>La admisión al programa se realiza considerando:</w:t>
      </w:r>
    </w:p>
    <w:p w14:paraId="72B16AC4" w14:textId="6FEE3EBB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Existencia de evidencia digital determinante.</w:t>
      </w:r>
    </w:p>
    <w:p w14:paraId="1B59C7DC" w14:textId="21E990B5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Posibles irregularidades técnicas verificables.</w:t>
      </w:r>
    </w:p>
    <w:p w14:paraId="5E54F0B4" w14:textId="18614480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Impacto en garantías constitucionales.</w:t>
      </w:r>
    </w:p>
    <w:p w14:paraId="7BA3028D" w14:textId="668DA6AF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Situación socioeconómica del solicitante.</w:t>
      </w:r>
    </w:p>
    <w:p w14:paraId="37A5E145" w14:textId="63406CA7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Viabilidad jurídica de revisión.</w:t>
      </w:r>
    </w:p>
    <w:p w14:paraId="71BFEC41" w14:textId="39951DC8" w:rsidR="00E144D1" w:rsidRPr="00100B9D" w:rsidRDefault="00E144D1" w:rsidP="00E144D1">
      <w:pPr>
        <w:pStyle w:val="Prrafodelista"/>
        <w:numPr>
          <w:ilvl w:val="0"/>
          <w:numId w:val="10"/>
        </w:numPr>
        <w:rPr>
          <w:lang w:val="es-ES"/>
        </w:rPr>
      </w:pPr>
      <w:r w:rsidRPr="00100B9D">
        <w:rPr>
          <w:lang w:val="es-ES"/>
        </w:rPr>
        <w:t>Disponibilidad institucional.</w:t>
      </w:r>
    </w:p>
    <w:p w14:paraId="6AD771CC" w14:textId="77777777" w:rsidR="00E144D1" w:rsidRPr="00100B9D" w:rsidRDefault="00E144D1" w:rsidP="00E144D1">
      <w:pPr>
        <w:rPr>
          <w:lang w:val="es-ES"/>
        </w:rPr>
      </w:pPr>
    </w:p>
    <w:p w14:paraId="6635866F" w14:textId="77777777" w:rsidR="00E144D1" w:rsidRPr="00100B9D" w:rsidRDefault="00E144D1" w:rsidP="00E144D1">
      <w:pPr>
        <w:rPr>
          <w:lang w:val="es-ES"/>
        </w:rPr>
      </w:pPr>
      <w:r w:rsidRPr="00100B9D">
        <w:rPr>
          <w:lang w:val="es-ES"/>
        </w:rPr>
        <w:t>La evaluación preliminar es gratuita.</w:t>
      </w:r>
    </w:p>
    <w:p w14:paraId="2F38EB55" w14:textId="15EE3EDC" w:rsidR="00E144D1" w:rsidRPr="00100B9D" w:rsidRDefault="00E144D1" w:rsidP="00E144D1">
      <w:pPr>
        <w:rPr>
          <w:lang w:val="es-ES"/>
        </w:rPr>
      </w:pPr>
      <w:r w:rsidRPr="00100B9D">
        <w:rPr>
          <w:lang w:val="es-ES"/>
        </w:rPr>
        <w:t>La aceptación del caso depende del análisis técnico-jurídico y de la capacidad operativa del programa.</w:t>
      </w:r>
    </w:p>
    <w:sectPr w:rsidR="00E144D1" w:rsidRPr="00100B9D" w:rsidSect="000A1540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921369"/>
    <w:multiLevelType w:val="hybridMultilevel"/>
    <w:tmpl w:val="B96046EE"/>
    <w:lvl w:ilvl="0" w:tplc="28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251850FC"/>
    <w:multiLevelType w:val="hybridMultilevel"/>
    <w:tmpl w:val="41E45894"/>
    <w:lvl w:ilvl="0" w:tplc="280A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38BC3E57"/>
    <w:multiLevelType w:val="hybridMultilevel"/>
    <w:tmpl w:val="8C728D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8EA"/>
    <w:multiLevelType w:val="hybridMultilevel"/>
    <w:tmpl w:val="FFEEE192"/>
    <w:lvl w:ilvl="0" w:tplc="28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466042046">
    <w:abstractNumId w:val="8"/>
  </w:num>
  <w:num w:numId="2" w16cid:durableId="1829201628">
    <w:abstractNumId w:val="6"/>
  </w:num>
  <w:num w:numId="3" w16cid:durableId="1933465421">
    <w:abstractNumId w:val="5"/>
  </w:num>
  <w:num w:numId="4" w16cid:durableId="520702349">
    <w:abstractNumId w:val="4"/>
  </w:num>
  <w:num w:numId="5" w16cid:durableId="1759595041">
    <w:abstractNumId w:val="7"/>
  </w:num>
  <w:num w:numId="6" w16cid:durableId="1802072225">
    <w:abstractNumId w:val="3"/>
  </w:num>
  <w:num w:numId="7" w16cid:durableId="921721327">
    <w:abstractNumId w:val="2"/>
  </w:num>
  <w:num w:numId="8" w16cid:durableId="1771974665">
    <w:abstractNumId w:val="1"/>
  </w:num>
  <w:num w:numId="9" w16cid:durableId="1880317251">
    <w:abstractNumId w:val="0"/>
  </w:num>
  <w:num w:numId="10" w16cid:durableId="1544631527">
    <w:abstractNumId w:val="11"/>
  </w:num>
  <w:num w:numId="11" w16cid:durableId="286393314">
    <w:abstractNumId w:val="10"/>
  </w:num>
  <w:num w:numId="12" w16cid:durableId="161703392">
    <w:abstractNumId w:val="9"/>
  </w:num>
  <w:num w:numId="13" w16cid:durableId="1416853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234"/>
    <w:rsid w:val="0006063C"/>
    <w:rsid w:val="000A1540"/>
    <w:rsid w:val="000F2AAD"/>
    <w:rsid w:val="00100B9D"/>
    <w:rsid w:val="0015074B"/>
    <w:rsid w:val="002731D9"/>
    <w:rsid w:val="0029639D"/>
    <w:rsid w:val="00326F90"/>
    <w:rsid w:val="00491D7D"/>
    <w:rsid w:val="004C255D"/>
    <w:rsid w:val="00602ECF"/>
    <w:rsid w:val="006C5F7B"/>
    <w:rsid w:val="007A1FD1"/>
    <w:rsid w:val="007D5B92"/>
    <w:rsid w:val="007E7FA3"/>
    <w:rsid w:val="00986E13"/>
    <w:rsid w:val="009F36D7"/>
    <w:rsid w:val="00A165C0"/>
    <w:rsid w:val="00A963C0"/>
    <w:rsid w:val="00AA1D8D"/>
    <w:rsid w:val="00B47730"/>
    <w:rsid w:val="00CB0664"/>
    <w:rsid w:val="00D8345A"/>
    <w:rsid w:val="00D95F37"/>
    <w:rsid w:val="00E144D1"/>
    <w:rsid w:val="00EA2596"/>
    <w:rsid w:val="00FA26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0219B6"/>
  <w14:defaultImageDpi w14:val="300"/>
  <w15:docId w15:val="{DA2C6525-720A-4501-8138-E62EFCD7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5A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Manuel Morales Valle</cp:lastModifiedBy>
  <cp:revision>20</cp:revision>
  <dcterms:created xsi:type="dcterms:W3CDTF">2013-12-23T23:15:00Z</dcterms:created>
  <dcterms:modified xsi:type="dcterms:W3CDTF">2026-02-20T16:31:00Z</dcterms:modified>
  <cp:category/>
</cp:coreProperties>
</file>